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40"/>
        <w:gridCol w:w="1872"/>
        <w:gridCol w:w="2376"/>
      </w:tblGrid>
      <w:tr>
        <w:trPr>
          <w:trHeight w:val="317" w:hRule="atLeast"/>
        </w:trPr>
        <w:tc>
          <w:tcPr>
            <w:tcW w:type="dxa" w:w="6840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color w:val="0B6B63"/>
                <w:sz w:val="34"/>
              </w:rPr>
              <w:t>MAINTENANCE WORK ORDER</w:t>
            </w:r>
          </w:p>
          <w:p>
            <w:r>
              <w:rPr>
                <w:color w:val="586675"/>
                <w:sz w:val="15"/>
              </w:rPr>
              <w:t>Free template from OEE Lab: oeelab.com/maintenance-work-order-template</w:t>
            </w:r>
          </w:p>
        </w:tc>
        <w:tc>
          <w:tcPr>
            <w:tcW w:type="dxa" w:w="187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>Work order number</w:t>
            </w:r>
          </w:p>
        </w:tc>
        <w:tc>
          <w:tcPr>
            <w:tcW w:type="dxa" w:w="2376"/>
            <w:tcBorders>
              <w:top w:val="nil"/>
              <w:left w:val="nil"/>
              <w:bottom w:val="single" w:sz="6" w:space="0" w:color="6A7888"/>
              <w:right w:val="nil"/>
            </w:tcBorders>
          </w:tcPr>
          <w:p/>
        </w:tc>
      </w:tr>
      <w:tr>
        <w:trPr>
          <w:trHeight w:val="317" w:hRule="atLeast"/>
        </w:trPr>
        <w:tc>
          <w:tcPr>
            <w:tcW w:type="dxa" w:w="6840"/>
            <w:vMerge/>
          </w:tcPr>
          <w:p/>
        </w:tc>
        <w:tc>
          <w:tcPr>
            <w:tcW w:type="dxa" w:w="187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>Date raised</w:t>
            </w:r>
          </w:p>
        </w:tc>
        <w:tc>
          <w:tcPr>
            <w:tcW w:type="dxa" w:w="2376"/>
            <w:tcBorders>
              <w:top w:val="nil"/>
              <w:left w:val="nil"/>
              <w:bottom w:val="single" w:sz="6" w:space="0" w:color="6A7888"/>
              <w:right w:val="nil"/>
            </w:tcBorders>
          </w:tcPr>
          <w:p/>
        </w:tc>
      </w:tr>
    </w:tbl>
    <w:p>
      <w:pPr>
        <w:pBdr>
          <w:bottom w:val="single" w:sz="18" w:space="1" w:color="0B6B63"/>
        </w:pBdr>
        <w:spacing w:line="60" w:lineRule="exact"/>
      </w:pPr>
    </w:p>
    <w:p>
      <w:pPr>
        <w:spacing w:before="40" w:after="20"/>
      </w:pPr>
      <w:r>
        <w:rPr>
          <w:b/>
          <w:sz w:val="18"/>
        </w:rPr>
        <w:t xml:space="preserve">Status  </w:t>
      </w:r>
      <w:r>
        <w:rPr>
          <w:sz w:val="18"/>
        </w:rPr>
        <w:t>☐ Open</w:t>
      </w:r>
      <w:r>
        <w:rPr>
          <w:sz w:val="18"/>
        </w:rPr>
        <w:t xml:space="preserve">    ☐ In progress</w:t>
      </w:r>
      <w:r>
        <w:rPr>
          <w:sz w:val="18"/>
        </w:rPr>
        <w:t xml:space="preserve">    ☐ Waiting for parts</w:t>
      </w:r>
      <w:r>
        <w:rPr>
          <w:sz w:val="18"/>
        </w:rPr>
        <w:t xml:space="preserve">    ☐ Completed</w:t>
      </w:r>
      <w:r>
        <w:rPr>
          <w:sz w:val="18"/>
        </w:rPr>
        <w:t xml:space="preserve">    ☐ Closed</w:t>
      </w:r>
    </w:p>
    <w:p>
      <w:pPr>
        <w:spacing w:before="40" w:after="20"/>
      </w:pPr>
      <w:r>
        <w:rPr>
          <w:b/>
          <w:sz w:val="18"/>
        </w:rPr>
        <w:t xml:space="preserve">Priority  </w:t>
      </w:r>
      <w:r>
        <w:rPr>
          <w:sz w:val="18"/>
        </w:rPr>
        <w:t>☐ 1 Emergency: safety or line stopped</w:t>
      </w:r>
      <w:r>
        <w:rPr>
          <w:sz w:val="18"/>
        </w:rPr>
        <w:t xml:space="preserve">    ☐ 2 Urgent: within 24 hours</w:t>
      </w:r>
      <w:r>
        <w:rPr>
          <w:sz w:val="18"/>
        </w:rPr>
        <w:t xml:space="preserve">    ☐ 3 Normal: within a week</w:t>
      </w:r>
      <w:r>
        <w:rPr>
          <w:sz w:val="18"/>
        </w:rPr>
        <w:t xml:space="preserve">    ☐ 4 Planned</w:t>
      </w:r>
    </w:p>
    <w:p>
      <w:pPr>
        <w:spacing w:line="4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88"/>
      </w:tblGrid>
      <w:tr>
        <w:trPr>
          <w:trHeight w:val="288" w:hRule="atLeast"/>
        </w:trPr>
        <w:tc>
          <w:tcPr>
            <w:tcW w:type="dxa" w:w="11088"/>
            <w:tcBorders>
              <w:top w:val="nil"/>
              <w:left w:val="nil"/>
              <w:bottom w:val="nil"/>
              <w:right w:val="nil"/>
            </w:tcBorders>
            <w:shd w:val="clear" w:color="auto" w:fill="E6F4F2"/>
            <w:tcMar>
              <w:top w:w="0" w:type="dxa"/>
              <w:left w:w="100" w:type="dxa"/>
              <w:bottom w:w="0" w:type="dxa"/>
              <w:right w:w="60" w:type="dxa"/>
            </w:tcMar>
            <w:vAlign w:val="center"/>
          </w:tcPr>
          <w:p>
            <w:r>
              <w:rPr>
                <w:b/>
                <w:i w:val="0"/>
                <w:color w:val="0B6B63"/>
                <w:sz w:val="16"/>
              </w:rPr>
              <w:t>1. MACHINE AND REQUEST</w:t>
            </w:r>
          </w:p>
        </w:tc>
      </w:tr>
    </w:tbl>
    <w:p>
      <w:pPr>
        <w:spacing w:line="4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4"/>
        <w:gridCol w:w="5112"/>
        <w:gridCol w:w="1440"/>
        <w:gridCol w:w="2952"/>
      </w:tblGrid>
      <w:tr>
        <w:trPr>
          <w:trHeight w:val="317" w:hRule="atLeast"/>
        </w:trPr>
        <w:tc>
          <w:tcPr>
            <w:tcW w:type="dxa" w:w="158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>Machine or asset</w:t>
            </w:r>
          </w:p>
        </w:tc>
        <w:tc>
          <w:tcPr>
            <w:tcW w:type="dxa" w:w="5112"/>
            <w:tcBorders>
              <w:top w:val="nil"/>
              <w:left w:val="nil"/>
              <w:bottom w:val="single" w:sz="6" w:space="0" w:color="6A7888"/>
              <w:right w:val="nil"/>
            </w:tcBorders>
            <w:tcMar>
              <w:top w:w="0" w:type="dxa"/>
              <w:left w:w="40" w:type="dxa"/>
              <w:bottom w:w="0" w:type="dxa"/>
              <w:right w:w="110" w:type="dxa"/>
            </w:tcMar>
          </w:tcPr>
          <w:p/>
        </w:tc>
        <w:tc>
          <w:tcPr>
            <w:tcW w:type="dxa" w:w="144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>Asset ID or tag</w:t>
            </w:r>
          </w:p>
        </w:tc>
        <w:tc>
          <w:tcPr>
            <w:tcW w:type="dxa" w:w="2952"/>
            <w:tcBorders>
              <w:top w:val="nil"/>
              <w:left w:val="nil"/>
              <w:bottom w:val="single" w:sz="6" w:space="0" w:color="6A7888"/>
              <w:right w:val="nil"/>
            </w:tcBorders>
            <w:tcMar>
              <w:top w:w="0" w:type="dxa"/>
              <w:left w:w="40" w:type="dxa"/>
              <w:bottom w:w="0" w:type="dxa"/>
              <w:right w:w="110" w:type="dxa"/>
            </w:tcMar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4"/>
        <w:gridCol w:w="5112"/>
        <w:gridCol w:w="1440"/>
        <w:gridCol w:w="2952"/>
      </w:tblGrid>
      <w:tr>
        <w:trPr>
          <w:trHeight w:val="317" w:hRule="atLeast"/>
        </w:trPr>
        <w:tc>
          <w:tcPr>
            <w:tcW w:type="dxa" w:w="158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>Location</w:t>
            </w:r>
          </w:p>
        </w:tc>
        <w:tc>
          <w:tcPr>
            <w:tcW w:type="dxa" w:w="5112"/>
            <w:tcBorders>
              <w:top w:val="nil"/>
              <w:left w:val="nil"/>
              <w:bottom w:val="single" w:sz="6" w:space="0" w:color="6A7888"/>
              <w:right w:val="nil"/>
            </w:tcBorders>
            <w:tcMar>
              <w:top w:w="0" w:type="dxa"/>
              <w:left w:w="40" w:type="dxa"/>
              <w:bottom w:w="0" w:type="dxa"/>
              <w:right w:w="110" w:type="dxa"/>
            </w:tcMar>
          </w:tcPr>
          <w:p/>
        </w:tc>
        <w:tc>
          <w:tcPr>
            <w:tcW w:type="dxa" w:w="144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>Requested by</w:t>
            </w:r>
          </w:p>
        </w:tc>
        <w:tc>
          <w:tcPr>
            <w:tcW w:type="dxa" w:w="2952"/>
            <w:tcBorders>
              <w:top w:val="nil"/>
              <w:left w:val="nil"/>
              <w:bottom w:val="single" w:sz="6" w:space="0" w:color="6A7888"/>
              <w:right w:val="nil"/>
            </w:tcBorders>
            <w:tcMar>
              <w:top w:w="0" w:type="dxa"/>
              <w:left w:w="40" w:type="dxa"/>
              <w:bottom w:w="0" w:type="dxa"/>
              <w:right w:w="110" w:type="dxa"/>
            </w:tcMar>
          </w:tcPr>
          <w:p/>
        </w:tc>
      </w:tr>
    </w:tbl>
    <w:p>
      <w:pPr>
        <w:spacing w:before="40" w:after="20"/>
      </w:pPr>
      <w:r>
        <w:rPr>
          <w:b/>
          <w:sz w:val="18"/>
        </w:rPr>
        <w:t xml:space="preserve">Type  </w:t>
      </w:r>
      <w:r>
        <w:rPr>
          <w:sz w:val="18"/>
        </w:rPr>
        <w:t>☐ Corrective</w:t>
      </w:r>
      <w:r>
        <w:rPr>
          <w:sz w:val="18"/>
        </w:rPr>
        <w:t xml:space="preserve">    ☐ Preventive</w:t>
      </w:r>
      <w:r>
        <w:rPr>
          <w:sz w:val="18"/>
        </w:rPr>
        <w:t xml:space="preserve">    ☐ Inspection</w:t>
      </w:r>
      <w:r>
        <w:rPr>
          <w:sz w:val="18"/>
        </w:rPr>
        <w:t xml:space="preserve">    ☐ Safety</w:t>
      </w:r>
      <w:r>
        <w:rPr>
          <w:sz w:val="18"/>
        </w:rPr>
        <w:t xml:space="preserve">    ☐ Improvement</w:t>
      </w:r>
      <w:r>
        <w:rPr>
          <w:sz w:val="18"/>
        </w:rPr>
        <w:t xml:space="preserve">    ☐ Request</w:t>
      </w:r>
    </w:p>
    <w:p>
      <w:pPr>
        <w:spacing w:before="40" w:after="20"/>
      </w:pPr>
      <w:r>
        <w:rPr>
          <w:b/>
          <w:sz w:val="18"/>
        </w:rPr>
        <w:t xml:space="preserve">Machine stopped?  </w:t>
      </w:r>
      <w:r>
        <w:rPr>
          <w:sz w:val="18"/>
        </w:rPr>
        <w:t>☐ Yes</w:t>
      </w:r>
      <w:r>
        <w:rPr>
          <w:sz w:val="18"/>
        </w:rPr>
        <w:t xml:space="preserve">    ☐ No</w:t>
      </w:r>
      <w:r>
        <w:rPr>
          <w:sz w:val="18"/>
        </w:rPr>
        <w:t xml:space="preserve">    ☐ Planned stop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304"/>
        <w:gridCol w:w="1872"/>
        <w:gridCol w:w="2088"/>
        <w:gridCol w:w="1512"/>
        <w:gridCol w:w="1296"/>
      </w:tblGrid>
      <w:tr>
        <w:trPr>
          <w:trHeight w:val="317" w:hRule="atLeast"/>
        </w:trPr>
        <w:tc>
          <w:tcPr>
            <w:tcW w:type="dxa" w:w="20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>Stopped at (date, time)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6" w:space="0" w:color="6A7888"/>
              <w:right w:val="nil"/>
            </w:tcBorders>
            <w:tcMar>
              <w:top w:w="0" w:type="dxa"/>
              <w:left w:w="40" w:type="dxa"/>
              <w:bottom w:w="0" w:type="dxa"/>
              <w:right w:w="110" w:type="dxa"/>
            </w:tcMar>
          </w:tcPr>
          <w:p/>
        </w:tc>
        <w:tc>
          <w:tcPr>
            <w:tcW w:type="dxa" w:w="187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>Back in production at</w:t>
            </w:r>
          </w:p>
        </w:tc>
        <w:tc>
          <w:tcPr>
            <w:tcW w:type="dxa" w:w="2088"/>
            <w:tcBorders>
              <w:top w:val="nil"/>
              <w:left w:val="nil"/>
              <w:bottom w:val="single" w:sz="6" w:space="0" w:color="6A7888"/>
              <w:right w:val="nil"/>
            </w:tcBorders>
            <w:tcMar>
              <w:top w:w="0" w:type="dxa"/>
              <w:left w:w="40" w:type="dxa"/>
              <w:bottom w:w="0" w:type="dxa"/>
              <w:right w:w="110" w:type="dxa"/>
            </w:tcMar>
          </w:tcPr>
          <w:p/>
        </w:tc>
        <w:tc>
          <w:tcPr>
            <w:tcW w:type="dxa" w:w="15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>Downtime (min)</w:t>
            </w:r>
          </w:p>
        </w:tc>
        <w:tc>
          <w:tcPr>
            <w:tcW w:type="dxa" w:w="1296"/>
            <w:tcBorders>
              <w:top w:val="nil"/>
              <w:left w:val="nil"/>
              <w:bottom w:val="single" w:sz="6" w:space="0" w:color="6A7888"/>
              <w:right w:val="nil"/>
            </w:tcBorders>
            <w:tcMar>
              <w:top w:w="0" w:type="dxa"/>
              <w:left w:w="40" w:type="dxa"/>
              <w:bottom w:w="0" w:type="dxa"/>
              <w:right w:w="110" w:type="dxa"/>
            </w:tcMar>
          </w:tcPr>
          <w:p/>
        </w:tc>
      </w:tr>
    </w:tbl>
    <w:p>
      <w:pPr>
        <w:spacing w:line="8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88"/>
      </w:tblGrid>
      <w:tr>
        <w:trPr>
          <w:trHeight w:val="288" w:hRule="atLeast"/>
        </w:trPr>
        <w:tc>
          <w:tcPr>
            <w:tcW w:type="dxa" w:w="11088"/>
            <w:tcBorders>
              <w:top w:val="nil"/>
              <w:left w:val="nil"/>
              <w:bottom w:val="nil"/>
              <w:right w:val="nil"/>
            </w:tcBorders>
            <w:shd w:val="clear" w:color="auto" w:fill="E6F4F2"/>
            <w:tcMar>
              <w:top w:w="0" w:type="dxa"/>
              <w:left w:w="100" w:type="dxa"/>
              <w:bottom w:w="0" w:type="dxa"/>
              <w:right w:w="60" w:type="dxa"/>
            </w:tcMar>
            <w:vAlign w:val="center"/>
          </w:tcPr>
          <w:p>
            <w:r>
              <w:rPr>
                <w:b/>
                <w:i w:val="0"/>
                <w:color w:val="0B6B63"/>
                <w:sz w:val="16"/>
              </w:rPr>
              <w:t>2. PROBLEM DESCRIPTION</w:t>
            </w:r>
          </w:p>
        </w:tc>
      </w:tr>
    </w:tbl>
    <w:p>
      <w:pPr>
        <w:spacing w:line="40" w:lineRule="exact"/>
      </w:pPr>
      <w:r>
        <w:rPr>
          <w:sz w:val="4"/>
        </w:rPr>
      </w:r>
    </w:p>
    <w:p>
      <w:r>
        <w:rPr>
          <w:i/>
          <w:color w:val="586675"/>
          <w:sz w:val="15"/>
        </w:rPr>
        <w:t>What the operator saw, when it started, how often. A symptom, not a guess at the cause.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88"/>
      </w:tblGrid>
      <w:tr>
        <w:trPr>
          <w:trHeight w:val="288" w:hRule="atLeast"/>
        </w:trPr>
        <w:tc>
          <w:tcPr>
            <w:tcW w:type="dxa" w:w="11088"/>
            <w:tcBorders>
              <w:top w:val="nil"/>
              <w:left w:val="nil"/>
              <w:bottom w:val="single" w:sz="6" w:space="0" w:color="6A7888"/>
              <w:right w:val="nil"/>
            </w:tcBorders>
          </w:tcPr>
          <w:p/>
        </w:tc>
      </w:tr>
      <w:tr>
        <w:trPr>
          <w:trHeight w:val="288" w:hRule="atLeast"/>
        </w:trPr>
        <w:tc>
          <w:tcPr>
            <w:tcW w:type="dxa" w:w="11088"/>
            <w:tcBorders>
              <w:top w:val="nil"/>
              <w:left w:val="nil"/>
              <w:bottom w:val="single" w:sz="6" w:space="0" w:color="6A7888"/>
              <w:right w:val="nil"/>
            </w:tcBorders>
          </w:tcPr>
          <w:p/>
        </w:tc>
      </w:tr>
      <w:tr>
        <w:trPr>
          <w:trHeight w:val="288" w:hRule="atLeast"/>
        </w:trPr>
        <w:tc>
          <w:tcPr>
            <w:tcW w:type="dxa" w:w="11088"/>
            <w:tcBorders>
              <w:top w:val="nil"/>
              <w:left w:val="nil"/>
              <w:bottom w:val="single" w:sz="6" w:space="0" w:color="6A7888"/>
              <w:right w:val="nil"/>
            </w:tcBorders>
          </w:tcPr>
          <w:p/>
        </w:tc>
      </w:tr>
    </w:tbl>
    <w:p>
      <w:pPr>
        <w:spacing w:line="8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88"/>
      </w:tblGrid>
      <w:tr>
        <w:trPr>
          <w:trHeight w:val="288" w:hRule="atLeast"/>
        </w:trPr>
        <w:tc>
          <w:tcPr>
            <w:tcW w:type="dxa" w:w="11088"/>
            <w:tcBorders>
              <w:top w:val="nil"/>
              <w:left w:val="nil"/>
              <w:bottom w:val="nil"/>
              <w:right w:val="nil"/>
            </w:tcBorders>
            <w:shd w:val="clear" w:color="auto" w:fill="E6F4F2"/>
            <w:tcMar>
              <w:top w:w="0" w:type="dxa"/>
              <w:left w:w="100" w:type="dxa"/>
              <w:bottom w:w="0" w:type="dxa"/>
              <w:right w:w="60" w:type="dxa"/>
            </w:tcMar>
            <w:vAlign w:val="center"/>
          </w:tcPr>
          <w:p>
            <w:r>
              <w:rPr>
                <w:b/>
                <w:i w:val="0"/>
                <w:color w:val="0B6B63"/>
                <w:sz w:val="16"/>
              </w:rPr>
              <w:t>3. SAFETY AND LOCKOUT</w:t>
            </w:r>
          </w:p>
        </w:tc>
      </w:tr>
    </w:tbl>
    <w:p>
      <w:pPr>
        <w:spacing w:line="40" w:lineRule="exact"/>
      </w:pPr>
      <w:r>
        <w:rPr>
          <w:sz w:val="4"/>
        </w:rPr>
      </w:r>
    </w:p>
    <w:p>
      <w:pPr>
        <w:spacing w:before="40" w:after="20"/>
      </w:pPr>
      <w:r>
        <w:rPr>
          <w:sz w:val="18"/>
        </w:rPr>
        <w:t>☐ Energy isolated and locked out (LOTO)</w:t>
      </w:r>
      <w:r>
        <w:rPr>
          <w:sz w:val="18"/>
        </w:rPr>
        <w:t xml:space="preserve">    ☐ Zero energy verified</w:t>
      </w:r>
      <w:r>
        <w:rPr>
          <w:sz w:val="18"/>
        </w:rPr>
        <w:t xml:space="preserve">    ☐ Permit to work required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8424"/>
      </w:tblGrid>
      <w:tr>
        <w:trPr>
          <w:trHeight w:val="317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>Isolation points, hazards, PPE</w:t>
            </w:r>
          </w:p>
        </w:tc>
        <w:tc>
          <w:tcPr>
            <w:tcW w:type="dxa" w:w="8424"/>
            <w:tcBorders>
              <w:top w:val="nil"/>
              <w:left w:val="nil"/>
              <w:bottom w:val="single" w:sz="6" w:space="0" w:color="6A7888"/>
              <w:right w:val="nil"/>
            </w:tcBorders>
            <w:tcMar>
              <w:top w:w="0" w:type="dxa"/>
              <w:left w:w="40" w:type="dxa"/>
              <w:bottom w:w="0" w:type="dxa"/>
              <w:right w:w="110" w:type="dxa"/>
            </w:tcMar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88"/>
      </w:tblGrid>
      <w:tr>
        <w:trPr>
          <w:trHeight w:val="288" w:hRule="atLeast"/>
        </w:trPr>
        <w:tc>
          <w:tcPr>
            <w:tcW w:type="dxa" w:w="11088"/>
            <w:tcBorders>
              <w:top w:val="nil"/>
              <w:left w:val="nil"/>
              <w:bottom w:val="single" w:sz="6" w:space="0" w:color="6A7888"/>
              <w:right w:val="nil"/>
            </w:tcBorders>
          </w:tcPr>
          <w:p/>
        </w:tc>
      </w:tr>
    </w:tbl>
    <w:p>
      <w:pPr>
        <w:spacing w:line="8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88"/>
      </w:tblGrid>
      <w:tr>
        <w:trPr>
          <w:trHeight w:val="288" w:hRule="atLeast"/>
        </w:trPr>
        <w:tc>
          <w:tcPr>
            <w:tcW w:type="dxa" w:w="11088"/>
            <w:tcBorders>
              <w:top w:val="nil"/>
              <w:left w:val="nil"/>
              <w:bottom w:val="nil"/>
              <w:right w:val="nil"/>
            </w:tcBorders>
            <w:shd w:val="clear" w:color="auto" w:fill="E6F4F2"/>
            <w:tcMar>
              <w:top w:w="0" w:type="dxa"/>
              <w:left w:w="100" w:type="dxa"/>
              <w:bottom w:w="0" w:type="dxa"/>
              <w:right w:w="60" w:type="dxa"/>
            </w:tcMar>
            <w:vAlign w:val="center"/>
          </w:tcPr>
          <w:p>
            <w:r>
              <w:rPr>
                <w:b/>
                <w:i w:val="0"/>
                <w:color w:val="0B6B63"/>
                <w:sz w:val="16"/>
              </w:rPr>
              <w:t>4. WORK PERFORMED AND CAUSE FOUND</w:t>
            </w:r>
          </w:p>
        </w:tc>
      </w:tr>
    </w:tbl>
    <w:p>
      <w:pPr>
        <w:spacing w:line="4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216"/>
        <w:gridCol w:w="3456"/>
      </w:tblGrid>
      <w:tr>
        <w:tc>
          <w:tcPr>
            <w:tcW w:type="dxa" w:w="74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3096"/>
              <w:gridCol w:w="4320"/>
            </w:tblGrid>
            <w:tr>
              <w:trPr>
                <w:trHeight w:val="317" w:hRule="atLeast"/>
              </w:trPr>
              <w:tc>
                <w:tcPr>
                  <w:tcW w:type="dxa" w:w="309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50" w:type="dxa"/>
                  </w:tcMar>
                  <w:vAlign w:val="bottom"/>
                </w:tcPr>
                <w:p>
                  <w:r>
                    <w:rPr>
                      <w:b/>
                      <w:i w:val="0"/>
                      <w:sz w:val="18"/>
                    </w:rPr>
                    <w:t>Cause found (what failed, and why)</w:t>
                  </w:r>
                </w:p>
              </w:tc>
              <w:tc>
                <w:tcPr>
                  <w:tcW w:type="dxa" w:w="4320"/>
                  <w:tcBorders>
                    <w:top w:val="nil"/>
                    <w:left w:val="nil"/>
                    <w:bottom w:val="single" w:sz="6" w:space="0" w:color="6A7888"/>
                    <w:right w:val="nil"/>
                  </w:tcBorders>
                </w:tcPr>
                <w:p/>
              </w:tc>
            </w:tr>
            <w:tr>
              <w:trPr>
                <w:trHeight w:val="317" w:hRule="atLeast"/>
              </w:trPr>
              <w:tc>
                <w:tcPr>
                  <w:tcW w:type="dxa" w:w="7416"/>
                  <w:gridSpan w:val="2"/>
                  <w:tcBorders>
                    <w:top w:val="nil"/>
                    <w:left w:val="nil"/>
                    <w:bottom w:val="single" w:sz="6" w:space="0" w:color="6A7888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/>
              </w:tc>
            </w:tr>
            <w:tr>
              <w:trPr>
                <w:trHeight w:val="317" w:hRule="atLeast"/>
              </w:trPr>
              <w:tc>
                <w:tcPr>
                  <w:tcW w:type="dxa" w:w="309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50" w:type="dxa"/>
                  </w:tcMar>
                  <w:vAlign w:val="bottom"/>
                </w:tcPr>
                <w:p>
                  <w:r>
                    <w:rPr>
                      <w:b/>
                      <w:i w:val="0"/>
                      <w:sz w:val="18"/>
                    </w:rPr>
                    <w:t>Work performed</w:t>
                  </w:r>
                </w:p>
              </w:tc>
              <w:tc>
                <w:tcPr>
                  <w:tcW w:type="dxa" w:w="4320"/>
                  <w:tcBorders>
                    <w:top w:val="nil"/>
                    <w:left w:val="nil"/>
                    <w:bottom w:val="single" w:sz="6" w:space="0" w:color="6A7888"/>
                    <w:right w:val="nil"/>
                  </w:tcBorders>
                </w:tcPr>
                <w:p/>
              </w:tc>
            </w:tr>
            <w:tr>
              <w:trPr>
                <w:trHeight w:val="317" w:hRule="atLeast"/>
              </w:trPr>
              <w:tc>
                <w:tcPr>
                  <w:tcW w:type="dxa" w:w="7416"/>
                  <w:gridSpan w:val="2"/>
                  <w:tcBorders>
                    <w:top w:val="nil"/>
                    <w:left w:val="nil"/>
                    <w:bottom w:val="single" w:sz="6" w:space="0" w:color="6A7888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/>
              </w:tc>
            </w:tr>
            <w:tr>
              <w:trPr>
                <w:trHeight w:val="317" w:hRule="atLeast"/>
              </w:trPr>
              <w:tc>
                <w:tcPr>
                  <w:tcW w:type="dxa" w:w="7416"/>
                  <w:gridSpan w:val="2"/>
                  <w:tcBorders>
                    <w:top w:val="nil"/>
                    <w:left w:val="nil"/>
                    <w:bottom w:val="single" w:sz="6" w:space="0" w:color="6A7888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/>
              </w:tc>
            </w:tr>
          </w:tbl>
          <w:p/>
        </w:tc>
        <w:tc>
          <w:tcPr>
            <w:tcW w:type="dxa" w:w="216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56"/>
            <w:tcBorders>
              <w:top w:val="dashed" w:sz="8" w:space="0" w:color="6A7888"/>
              <w:left w:val="dashed" w:sz="8" w:space="0" w:color="6A7888"/>
              <w:bottom w:val="dashed" w:sz="8" w:space="0" w:color="6A7888"/>
              <w:right w:val="dashed" w:sz="8" w:space="0" w:color="6A7888"/>
            </w:tcBorders>
            <w:tcMar>
              <w:top w:w="60" w:type="dxa"/>
              <w:left w:w="100" w:type="dxa"/>
              <w:bottom w:w="0" w:type="dxa"/>
              <w:right w:w="80" w:type="dxa"/>
            </w:tcMar>
            <w:vAlign w:val="top"/>
          </w:tcPr>
          <w:p>
            <w:r>
              <w:rPr>
                <w:b/>
                <w:sz w:val="18"/>
              </w:rPr>
              <w:t>Photo or sketch</w:t>
            </w:r>
          </w:p>
          <w:p>
            <w:r>
              <w:rPr>
                <w:i/>
                <w:color w:val="586675"/>
                <w:sz w:val="15"/>
              </w:rPr>
              <w:t>Draw the failed part, or note where the photo is filed</w:t>
            </w:r>
          </w:p>
        </w:tc>
      </w:tr>
    </w:tbl>
    <w:p>
      <w:pPr>
        <w:spacing w:line="8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88"/>
      </w:tblGrid>
      <w:tr>
        <w:trPr>
          <w:trHeight w:val="288" w:hRule="atLeast"/>
        </w:trPr>
        <w:tc>
          <w:tcPr>
            <w:tcW w:type="dxa" w:w="11088"/>
            <w:tcBorders>
              <w:top w:val="nil"/>
              <w:left w:val="nil"/>
              <w:bottom w:val="nil"/>
              <w:right w:val="nil"/>
            </w:tcBorders>
            <w:shd w:val="clear" w:color="auto" w:fill="E6F4F2"/>
            <w:tcMar>
              <w:top w:w="0" w:type="dxa"/>
              <w:left w:w="100" w:type="dxa"/>
              <w:bottom w:w="0" w:type="dxa"/>
              <w:right w:w="60" w:type="dxa"/>
            </w:tcMar>
            <w:vAlign w:val="center"/>
          </w:tcPr>
          <w:p>
            <w:r>
              <w:rPr>
                <w:b/>
                <w:i w:val="0"/>
                <w:color w:val="0B6B63"/>
                <w:sz w:val="16"/>
              </w:rPr>
              <w:t>5. PARTS USED</w:t>
            </w:r>
          </w:p>
        </w:tc>
      </w:tr>
    </w:tbl>
    <w:p>
      <w:pPr>
        <w:spacing w:line="4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4824"/>
        <w:gridCol w:w="864"/>
        <w:gridCol w:w="1584"/>
        <w:gridCol w:w="1728"/>
      </w:tblGrid>
      <w:tr>
        <w:trPr>
          <w:trHeight w:val="288" w:hRule="atLeast"/>
        </w:trPr>
        <w:tc>
          <w:tcPr>
            <w:tcW w:type="dxa" w:w="2088"/>
            <w:tcBorders>
              <w:top w:val="single" w:sz="6" w:space="0" w:color="0B6B63"/>
              <w:left w:val="single" w:sz="6" w:space="0" w:color="0B6B63"/>
              <w:bottom w:val="single" w:sz="6" w:space="0" w:color="0B6B63"/>
              <w:right w:val="single" w:sz="6" w:space="0" w:color="0B6B63"/>
            </w:tcBorders>
            <w:shd w:val="clear" w:color="auto" w:fill="0B6B63"/>
            <w:vAlign w:val="center"/>
          </w:tcPr>
          <w:p>
            <w:r>
              <w:rPr>
                <w:b/>
                <w:i w:val="0"/>
                <w:color w:val="FFFFFF"/>
                <w:sz w:val="16"/>
              </w:rPr>
              <w:t>Part number</w:t>
            </w:r>
          </w:p>
        </w:tc>
        <w:tc>
          <w:tcPr>
            <w:tcW w:type="dxa" w:w="4824"/>
            <w:tcBorders>
              <w:top w:val="single" w:sz="6" w:space="0" w:color="0B6B63"/>
              <w:left w:val="single" w:sz="6" w:space="0" w:color="0B6B63"/>
              <w:bottom w:val="single" w:sz="6" w:space="0" w:color="0B6B63"/>
              <w:right w:val="single" w:sz="6" w:space="0" w:color="0B6B63"/>
            </w:tcBorders>
            <w:shd w:val="clear" w:color="auto" w:fill="0B6B63"/>
            <w:vAlign w:val="center"/>
          </w:tcPr>
          <w:p>
            <w:r>
              <w:rPr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864"/>
            <w:tcBorders>
              <w:top w:val="single" w:sz="6" w:space="0" w:color="0B6B63"/>
              <w:left w:val="single" w:sz="6" w:space="0" w:color="0B6B63"/>
              <w:bottom w:val="single" w:sz="6" w:space="0" w:color="0B6B63"/>
              <w:right w:val="single" w:sz="6" w:space="0" w:color="0B6B63"/>
            </w:tcBorders>
            <w:shd w:val="clear" w:color="auto" w:fill="0B6B63"/>
            <w:vAlign w:val="center"/>
          </w:tcPr>
          <w:p>
            <w:r>
              <w:rPr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584"/>
            <w:tcBorders>
              <w:top w:val="single" w:sz="6" w:space="0" w:color="0B6B63"/>
              <w:left w:val="single" w:sz="6" w:space="0" w:color="0B6B63"/>
              <w:bottom w:val="single" w:sz="6" w:space="0" w:color="0B6B63"/>
              <w:right w:val="single" w:sz="6" w:space="0" w:color="0B6B63"/>
            </w:tcBorders>
            <w:shd w:val="clear" w:color="auto" w:fill="0B6B63"/>
            <w:vAlign w:val="center"/>
          </w:tcPr>
          <w:p>
            <w:r>
              <w:rPr>
                <w:b/>
                <w:i w:val="0"/>
                <w:color w:val="FFFFFF"/>
                <w:sz w:val="16"/>
              </w:rPr>
              <w:t>Unit cost</w:t>
            </w:r>
          </w:p>
        </w:tc>
        <w:tc>
          <w:tcPr>
            <w:tcW w:type="dxa" w:w="1728"/>
            <w:tcBorders>
              <w:top w:val="single" w:sz="6" w:space="0" w:color="0B6B63"/>
              <w:left w:val="single" w:sz="6" w:space="0" w:color="0B6B63"/>
              <w:bottom w:val="single" w:sz="6" w:space="0" w:color="0B6B63"/>
              <w:right w:val="single" w:sz="6" w:space="0" w:color="0B6B63"/>
            </w:tcBorders>
            <w:shd w:val="clear" w:color="auto" w:fill="0B6B63"/>
            <w:vAlign w:val="center"/>
          </w:tcPr>
          <w:p>
            <w:r>
              <w:rPr>
                <w:b/>
                <w:i w:val="0"/>
                <w:color w:val="FFFFFF"/>
                <w:sz w:val="16"/>
              </w:rPr>
              <w:t>Line cost</w:t>
            </w:r>
          </w:p>
        </w:tc>
      </w:tr>
      <w:tr>
        <w:trPr>
          <w:trHeight w:val="302" w:hRule="atLeast"/>
        </w:trPr>
        <w:tc>
          <w:tcPr>
            <w:tcW w:type="dxa" w:w="2088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482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86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58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728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</w:tr>
      <w:tr>
        <w:trPr>
          <w:trHeight w:val="302" w:hRule="atLeast"/>
        </w:trPr>
        <w:tc>
          <w:tcPr>
            <w:tcW w:type="dxa" w:w="2088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482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86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58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728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</w:tr>
      <w:tr>
        <w:trPr>
          <w:trHeight w:val="302" w:hRule="atLeast"/>
        </w:trPr>
        <w:tc>
          <w:tcPr>
            <w:tcW w:type="dxa" w:w="2088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482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86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58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728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</w:tr>
      <w:tr>
        <w:trPr>
          <w:trHeight w:val="302" w:hRule="atLeast"/>
        </w:trPr>
        <w:tc>
          <w:tcPr>
            <w:tcW w:type="dxa" w:w="2088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482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86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58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728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</w:tr>
      <w:tr>
        <w:trPr>
          <w:trHeight w:val="302" w:hRule="atLeast"/>
        </w:trPr>
        <w:tc>
          <w:tcPr>
            <w:tcW w:type="dxa" w:w="9360"/>
            <w:gridSpan w:val="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  <w:shd w:val="clear" w:color="auto" w:fill="F3F6F9"/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6"/>
              </w:rPr>
              <w:t>Parts cost</w:t>
            </w:r>
          </w:p>
        </w:tc>
        <w:tc>
          <w:tcPr>
            <w:tcW w:type="dxa" w:w="1728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</w:tr>
    </w:tbl>
    <w:p>
      <w:pPr>
        <w:spacing w:line="8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88"/>
      </w:tblGrid>
      <w:tr>
        <w:trPr>
          <w:trHeight w:val="288" w:hRule="atLeast"/>
        </w:trPr>
        <w:tc>
          <w:tcPr>
            <w:tcW w:type="dxa" w:w="11088"/>
            <w:tcBorders>
              <w:top w:val="nil"/>
              <w:left w:val="nil"/>
              <w:bottom w:val="nil"/>
              <w:right w:val="nil"/>
            </w:tcBorders>
            <w:shd w:val="clear" w:color="auto" w:fill="E6F4F2"/>
            <w:tcMar>
              <w:top w:w="0" w:type="dxa"/>
              <w:left w:w="100" w:type="dxa"/>
              <w:bottom w:w="0" w:type="dxa"/>
              <w:right w:w="60" w:type="dxa"/>
            </w:tcMar>
            <w:vAlign w:val="center"/>
          </w:tcPr>
          <w:p>
            <w:r>
              <w:rPr>
                <w:b/>
                <w:i w:val="0"/>
                <w:color w:val="0B6B63"/>
                <w:sz w:val="16"/>
              </w:rPr>
              <w:t>6. LABOR</w:t>
            </w:r>
          </w:p>
        </w:tc>
      </w:tr>
    </w:tbl>
    <w:p>
      <w:pPr>
        <w:spacing w:line="4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1512"/>
        <w:gridCol w:w="1224"/>
        <w:gridCol w:w="1224"/>
        <w:gridCol w:w="1224"/>
        <w:gridCol w:w="2160"/>
      </w:tblGrid>
      <w:tr>
        <w:trPr>
          <w:trHeight w:val="288" w:hRule="atLeast"/>
        </w:trPr>
        <w:tc>
          <w:tcPr>
            <w:tcW w:type="dxa" w:w="3744"/>
            <w:tcBorders>
              <w:top w:val="single" w:sz="6" w:space="0" w:color="0B6B63"/>
              <w:left w:val="single" w:sz="6" w:space="0" w:color="0B6B63"/>
              <w:bottom w:val="single" w:sz="6" w:space="0" w:color="0B6B63"/>
              <w:right w:val="single" w:sz="6" w:space="0" w:color="0B6B63"/>
            </w:tcBorders>
            <w:shd w:val="clear" w:color="auto" w:fill="0B6B63"/>
            <w:vAlign w:val="center"/>
          </w:tcPr>
          <w:p>
            <w:r>
              <w:rPr>
                <w:b/>
                <w:i w:val="0"/>
                <w:color w:val="FFFFFF"/>
                <w:sz w:val="16"/>
              </w:rPr>
              <w:t>Technician</w:t>
            </w:r>
          </w:p>
        </w:tc>
        <w:tc>
          <w:tcPr>
            <w:tcW w:type="dxa" w:w="1512"/>
            <w:tcBorders>
              <w:top w:val="single" w:sz="6" w:space="0" w:color="0B6B63"/>
              <w:left w:val="single" w:sz="6" w:space="0" w:color="0B6B63"/>
              <w:bottom w:val="single" w:sz="6" w:space="0" w:color="0B6B63"/>
              <w:right w:val="single" w:sz="6" w:space="0" w:color="0B6B63"/>
            </w:tcBorders>
            <w:shd w:val="clear" w:color="auto" w:fill="0B6B63"/>
            <w:vAlign w:val="center"/>
          </w:tcPr>
          <w:p>
            <w:r>
              <w:rPr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1224"/>
            <w:tcBorders>
              <w:top w:val="single" w:sz="6" w:space="0" w:color="0B6B63"/>
              <w:left w:val="single" w:sz="6" w:space="0" w:color="0B6B63"/>
              <w:bottom w:val="single" w:sz="6" w:space="0" w:color="0B6B63"/>
              <w:right w:val="single" w:sz="6" w:space="0" w:color="0B6B63"/>
            </w:tcBorders>
            <w:shd w:val="clear" w:color="auto" w:fill="0B6B63"/>
            <w:vAlign w:val="center"/>
          </w:tcPr>
          <w:p>
            <w:r>
              <w:rPr>
                <w:b/>
                <w:i w:val="0"/>
                <w:color w:val="FFFFFF"/>
                <w:sz w:val="16"/>
              </w:rPr>
              <w:t>Start</w:t>
            </w:r>
          </w:p>
        </w:tc>
        <w:tc>
          <w:tcPr>
            <w:tcW w:type="dxa" w:w="1224"/>
            <w:tcBorders>
              <w:top w:val="single" w:sz="6" w:space="0" w:color="0B6B63"/>
              <w:left w:val="single" w:sz="6" w:space="0" w:color="0B6B63"/>
              <w:bottom w:val="single" w:sz="6" w:space="0" w:color="0B6B63"/>
              <w:right w:val="single" w:sz="6" w:space="0" w:color="0B6B63"/>
            </w:tcBorders>
            <w:shd w:val="clear" w:color="auto" w:fill="0B6B63"/>
            <w:vAlign w:val="center"/>
          </w:tcPr>
          <w:p>
            <w:r>
              <w:rPr>
                <w:b/>
                <w:i w:val="0"/>
                <w:color w:val="FFFFFF"/>
                <w:sz w:val="16"/>
              </w:rPr>
              <w:t>End</w:t>
            </w:r>
          </w:p>
        </w:tc>
        <w:tc>
          <w:tcPr>
            <w:tcW w:type="dxa" w:w="1224"/>
            <w:tcBorders>
              <w:top w:val="single" w:sz="6" w:space="0" w:color="0B6B63"/>
              <w:left w:val="single" w:sz="6" w:space="0" w:color="0B6B63"/>
              <w:bottom w:val="single" w:sz="6" w:space="0" w:color="0B6B63"/>
              <w:right w:val="single" w:sz="6" w:space="0" w:color="0B6B63"/>
            </w:tcBorders>
            <w:shd w:val="clear" w:color="auto" w:fill="0B6B63"/>
            <w:vAlign w:val="center"/>
          </w:tcPr>
          <w:p>
            <w:r>
              <w:rPr>
                <w:b/>
                <w:i w:val="0"/>
                <w:color w:val="FFFFFF"/>
                <w:sz w:val="16"/>
              </w:rPr>
              <w:t>Hours</w:t>
            </w:r>
          </w:p>
        </w:tc>
        <w:tc>
          <w:tcPr>
            <w:tcW w:type="dxa" w:w="2160"/>
            <w:tcBorders>
              <w:top w:val="single" w:sz="6" w:space="0" w:color="0B6B63"/>
              <w:left w:val="single" w:sz="6" w:space="0" w:color="0B6B63"/>
              <w:bottom w:val="single" w:sz="6" w:space="0" w:color="0B6B63"/>
              <w:right w:val="single" w:sz="6" w:space="0" w:color="0B6B63"/>
            </w:tcBorders>
            <w:shd w:val="clear" w:color="auto" w:fill="0B6B63"/>
            <w:vAlign w:val="center"/>
          </w:tcPr>
          <w:p>
            <w:r>
              <w:rPr>
                <w:b/>
                <w:i w:val="0"/>
                <w:color w:val="FFFFFF"/>
                <w:sz w:val="16"/>
              </w:rPr>
              <w:t>Labor cost</w:t>
            </w:r>
          </w:p>
        </w:tc>
      </w:tr>
      <w:tr>
        <w:trPr>
          <w:trHeight w:val="302" w:hRule="atLeast"/>
        </w:trPr>
        <w:tc>
          <w:tcPr>
            <w:tcW w:type="dxa" w:w="374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512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22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22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22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2160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</w:tr>
      <w:tr>
        <w:trPr>
          <w:trHeight w:val="302" w:hRule="atLeast"/>
        </w:trPr>
        <w:tc>
          <w:tcPr>
            <w:tcW w:type="dxa" w:w="374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512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22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22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22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2160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</w:tr>
      <w:tr>
        <w:trPr>
          <w:trHeight w:val="302" w:hRule="atLeast"/>
        </w:trPr>
        <w:tc>
          <w:tcPr>
            <w:tcW w:type="dxa" w:w="374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512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22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22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122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2160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</w:tr>
      <w:tr>
        <w:trPr>
          <w:trHeight w:val="302" w:hRule="atLeast"/>
        </w:trPr>
        <w:tc>
          <w:tcPr>
            <w:tcW w:type="dxa" w:w="7704"/>
            <w:gridSpan w:val="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  <w:shd w:val="clear" w:color="auto" w:fill="F3F6F9"/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6"/>
              </w:rPr>
              <w:t>Labor rate per hour: ____________     Totals</w:t>
            </w:r>
          </w:p>
        </w:tc>
        <w:tc>
          <w:tcPr>
            <w:tcW w:type="dxa" w:w="122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  <w:tc>
          <w:tcPr>
            <w:tcW w:type="dxa" w:w="2160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</w:tcPr>
          <w:p/>
        </w:tc>
      </w:tr>
    </w:tbl>
    <w:p>
      <w:pPr>
        <w:spacing w:line="8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88"/>
      </w:tblGrid>
      <w:tr>
        <w:trPr>
          <w:trHeight w:val="288" w:hRule="atLeast"/>
        </w:trPr>
        <w:tc>
          <w:tcPr>
            <w:tcW w:type="dxa" w:w="11088"/>
            <w:tcBorders>
              <w:top w:val="nil"/>
              <w:left w:val="nil"/>
              <w:bottom w:val="nil"/>
              <w:right w:val="nil"/>
            </w:tcBorders>
            <w:shd w:val="clear" w:color="auto" w:fill="E6F4F2"/>
            <w:tcMar>
              <w:top w:w="0" w:type="dxa"/>
              <w:left w:w="100" w:type="dxa"/>
              <w:bottom w:w="0" w:type="dxa"/>
              <w:right w:w="60" w:type="dxa"/>
            </w:tcMar>
            <w:vAlign w:val="center"/>
          </w:tcPr>
          <w:p>
            <w:r>
              <w:rPr>
                <w:b/>
                <w:i w:val="0"/>
                <w:color w:val="0B6B63"/>
                <w:sz w:val="16"/>
              </w:rPr>
              <w:t>7. COST SUMMARY AND SIGN-OFF</w:t>
            </w:r>
          </w:p>
        </w:tc>
      </w:tr>
    </w:tbl>
    <w:p>
      <w:pPr>
        <w:spacing w:line="4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144"/>
        <w:gridCol w:w="2664"/>
        <w:gridCol w:w="144"/>
        <w:gridCol w:w="2664"/>
        <w:gridCol w:w="144"/>
        <w:gridCol w:w="2664"/>
      </w:tblGrid>
      <w:tr>
        <w:trPr>
          <w:trHeight w:val="518" w:hRule="atLeast"/>
        </w:trPr>
        <w:tc>
          <w:tcPr>
            <w:tcW w:type="dxa" w:w="266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  <w:vAlign w:val="top"/>
          </w:tcPr>
          <w:p>
            <w:r>
              <w:rPr>
                <w:b/>
                <w:i w:val="0"/>
                <w:color w:val="586675"/>
                <w:sz w:val="14"/>
              </w:rPr>
              <w:t>LABOR HOURS</w:t>
            </w:r>
          </w:p>
        </w:tc>
        <w:tc>
          <w:tcPr>
            <w:tcW w:type="dxa" w:w="144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66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  <w:vAlign w:val="top"/>
          </w:tcPr>
          <w:p>
            <w:r>
              <w:rPr>
                <w:b/>
                <w:i w:val="0"/>
                <w:color w:val="586675"/>
                <w:sz w:val="14"/>
              </w:rPr>
              <w:t>LABOR COST</w:t>
            </w:r>
          </w:p>
        </w:tc>
        <w:tc>
          <w:tcPr>
            <w:tcW w:type="dxa" w:w="144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66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  <w:vAlign w:val="top"/>
          </w:tcPr>
          <w:p>
            <w:r>
              <w:rPr>
                <w:b/>
                <w:i w:val="0"/>
                <w:color w:val="586675"/>
                <w:sz w:val="14"/>
              </w:rPr>
              <w:t>PARTS COST</w:t>
            </w:r>
          </w:p>
        </w:tc>
        <w:tc>
          <w:tcPr>
            <w:tcW w:type="dxa" w:w="144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664"/>
            <w:tcBorders>
              <w:top w:val="single" w:sz="6" w:space="0" w:color="9AA8B6"/>
              <w:left w:val="single" w:sz="6" w:space="0" w:color="9AA8B6"/>
              <w:bottom w:val="single" w:sz="6" w:space="0" w:color="9AA8B6"/>
              <w:right w:val="single" w:sz="6" w:space="0" w:color="9AA8B6"/>
            </w:tcBorders>
            <w:vAlign w:val="top"/>
          </w:tcPr>
          <w:p>
            <w:r>
              <w:rPr>
                <w:b/>
                <w:i w:val="0"/>
                <w:color w:val="586675"/>
                <w:sz w:val="14"/>
              </w:rPr>
              <w:t>TOTAL COST</w:t>
            </w:r>
          </w:p>
        </w:tc>
      </w:tr>
    </w:tbl>
    <w:p>
      <w:pPr>
        <w:spacing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2520"/>
        <w:gridCol w:w="1440"/>
        <w:gridCol w:w="1584"/>
        <w:gridCol w:w="1080"/>
        <w:gridCol w:w="3168"/>
      </w:tblGrid>
      <w:tr>
        <w:trPr>
          <w:trHeight w:val="317" w:hRule="atLeast"/>
        </w:trPr>
        <w:tc>
          <w:tcPr>
            <w:tcW w:type="dxa" w:w="129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>Completed by</w:t>
            </w:r>
          </w:p>
        </w:tc>
        <w:tc>
          <w:tcPr>
            <w:tcW w:type="dxa" w:w="2520"/>
            <w:tcBorders>
              <w:top w:val="nil"/>
              <w:left w:val="nil"/>
              <w:bottom w:val="single" w:sz="6" w:space="0" w:color="6A7888"/>
              <w:right w:val="nil"/>
            </w:tcBorders>
            <w:tcMar>
              <w:top w:w="0" w:type="dxa"/>
              <w:left w:w="40" w:type="dxa"/>
              <w:bottom w:w="0" w:type="dxa"/>
              <w:right w:w="110" w:type="dxa"/>
            </w:tcMar>
          </w:tcPr>
          <w:p/>
        </w:tc>
        <w:tc>
          <w:tcPr>
            <w:tcW w:type="dxa" w:w="144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>Date completed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6" w:space="0" w:color="6A7888"/>
              <w:right w:val="nil"/>
            </w:tcBorders>
            <w:tcMar>
              <w:top w:w="0" w:type="dxa"/>
              <w:left w:w="40" w:type="dxa"/>
              <w:bottom w:w="0" w:type="dxa"/>
              <w:right w:w="110" w:type="dxa"/>
            </w:tcMar>
          </w:tcPr>
          <w:p/>
        </w:tc>
        <w:tc>
          <w:tcPr>
            <w:tcW w:type="dxa" w:w="108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>Verified by</w:t>
            </w:r>
          </w:p>
        </w:tc>
        <w:tc>
          <w:tcPr>
            <w:tcW w:type="dxa" w:w="3168"/>
            <w:tcBorders>
              <w:top w:val="nil"/>
              <w:left w:val="nil"/>
              <w:bottom w:val="single" w:sz="6" w:space="0" w:color="6A7888"/>
              <w:right w:val="nil"/>
            </w:tcBorders>
            <w:tcMar>
              <w:top w:w="0" w:type="dxa"/>
              <w:left w:w="40" w:type="dxa"/>
              <w:bottom w:w="0" w:type="dxa"/>
              <w:right w:w="110" w:type="dxa"/>
            </w:tcMar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56"/>
        <w:gridCol w:w="9432"/>
      </w:tblGrid>
      <w:tr>
        <w:trPr>
          <w:trHeight w:val="317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>Follow-up needed</w:t>
            </w:r>
          </w:p>
        </w:tc>
        <w:tc>
          <w:tcPr>
            <w:tcW w:type="dxa" w:w="9432"/>
            <w:tcBorders>
              <w:top w:val="nil"/>
              <w:left w:val="nil"/>
              <w:bottom w:val="single" w:sz="6" w:space="0" w:color="6A7888"/>
              <w:right w:val="nil"/>
            </w:tcBorders>
            <w:tcMar>
              <w:top w:w="0" w:type="dxa"/>
              <w:left w:w="40" w:type="dxa"/>
              <w:bottom w:w="0" w:type="dxa"/>
              <w:right w:w="110" w:type="dxa"/>
            </w:tcMar>
          </w:tcPr>
          <w:p/>
        </w:tc>
      </w:tr>
    </w:tbl>
    <w:p>
      <w:pPr>
        <w:spacing w:line="32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720"/>
        <w:gridCol w:w="5184"/>
      </w:tblGrid>
      <w:tr>
        <w:tc>
          <w:tcPr>
            <w:tcW w:type="dxa" w:w="5184"/>
            <w:tcBorders>
              <w:top w:val="single" w:sz="10" w:space="0" w:color="0F1720"/>
              <w:left w:val="nil"/>
              <w:bottom w:val="nil"/>
              <w:right w:val="nil"/>
            </w:tcBorders>
            <w:vAlign w:val="top"/>
          </w:tcPr>
          <w:p>
            <w:r>
              <w:rPr>
                <w:b w:val="0"/>
                <w:i w:val="0"/>
                <w:color w:val="586675"/>
                <w:sz w:val="15"/>
              </w:rPr>
              <w:t>Technician signature</w:t>
            </w:r>
          </w:p>
        </w:tc>
        <w:tc>
          <w:tcPr>
            <w:tcW w:type="dxa" w:w="72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5184"/>
            <w:tcBorders>
              <w:top w:val="single" w:sz="10" w:space="0" w:color="0F1720"/>
              <w:left w:val="nil"/>
              <w:bottom w:val="nil"/>
              <w:right w:val="nil"/>
            </w:tcBorders>
            <w:vAlign w:val="top"/>
          </w:tcPr>
          <w:p>
            <w:r>
              <w:rPr>
                <w:b w:val="0"/>
                <w:i w:val="0"/>
                <w:color w:val="586675"/>
                <w:sz w:val="15"/>
              </w:rPr>
              <w:t>Supervisor signature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576" w:right="576" w:bottom="648" w:left="576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86675"/>
        <w:sz w:val="14"/>
      </w:rPr>
      <w:t>Fill it in online, save as CSV, or get the Excel version with a work order log: oeelab.com/maintenance-work-order-template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eastAsia="Calibri"/>
      <w:color w:val="0F172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Work Order Template</dc:title>
  <dc:subject>Printable maintenance work order form</dc:subject>
  <dc:creator>OEE Lab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